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0"/>
        <w:gridCol w:w="2232"/>
      </w:tblGrid>
      <w:tr>
        <w:tc>
          <w:tcPr>
            <w:tcW w:type="dxa" w:w="5227"/>
            <w:shd w:fill="102A43"/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r>
              <w:rPr>
                <w:b/>
                <w:color w:val="FFFFFF"/>
                <w:sz w:val="20"/>
              </w:rPr>
              <w:t>GARC QUICK TOOLS SERIES</w:t>
            </w:r>
          </w:p>
        </w:tc>
        <w:tc>
          <w:tcPr>
            <w:tcW w:type="dxa" w:w="5227"/>
            <w:shd w:fill="C8A45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102A43"/>
                <w:sz w:val="22"/>
              </w:rPr>
              <w:t>GARC-QC-001</w:t>
            </w:r>
          </w:p>
        </w:tc>
      </w:tr>
    </w:tbl>
    <w:p>
      <w:pPr>
        <w:pStyle w:val="Title"/>
      </w:pPr>
      <w:r>
        <w:t>Autism-Inclusive Environment Quick Checklist</w:t>
      </w:r>
    </w:p>
    <w:p>
      <w:r>
        <w:rPr>
          <w:i/>
          <w:color w:val="486581"/>
          <w:sz w:val="23"/>
        </w:rPr>
        <w:t>A rapid review for reducing avoidable environmental and service barriers.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227"/>
            <w:shd w:fill="F3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02A43"/>
                <w:sz w:val="18"/>
              </w:rPr>
              <w:t>Tool type</w:t>
            </w:r>
          </w:p>
        </w:tc>
        <w:tc>
          <w:tcPr>
            <w:tcW w:type="dxa" w:w="5227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sz w:val="18"/>
              </w:rPr>
              <w:t>Checklist</w:t>
            </w:r>
          </w:p>
        </w:tc>
      </w:tr>
      <w:tr>
        <w:tc>
          <w:tcPr>
            <w:tcW w:type="dxa" w:w="5227"/>
            <w:shd w:fill="F3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02A43"/>
                <w:sz w:val="18"/>
              </w:rPr>
              <w:t>Primary users</w:t>
            </w:r>
          </w:p>
        </w:tc>
        <w:tc>
          <w:tcPr>
            <w:tcW w:type="dxa" w:w="5227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sz w:val="18"/>
              </w:rPr>
              <w:t>Schools, universities, workplaces, clinics, community venues</w:t>
            </w:r>
          </w:p>
        </w:tc>
      </w:tr>
    </w:tbl>
    <w:p>
      <w:pPr>
        <w:spacing w:before="100" w:after="120"/>
      </w:pPr>
      <w:r>
        <w:rPr>
          <w:b/>
          <w:color w:val="102A43"/>
        </w:rPr>
        <w:t xml:space="preserve">Use note: </w:t>
      </w:r>
      <w:r>
        <w:rPr>
          <w:color w:val="52606D"/>
          <w:sz w:val="17"/>
        </w:rPr>
        <w:t>This is a practical institutional resource. It is not a diagnostic instrument, clinical assessment, or legally sufficient consent/approval document. Adapt to local law, policy, ethics requirements and individual needs.</w:t>
      </w:r>
    </w:p>
    <w:p>
      <w:pPr>
        <w:pStyle w:val="Heading1"/>
      </w:pPr>
      <w:r>
        <w:t>Quick Checklist</w:t>
      </w:r>
    </w:p>
    <w:p>
      <w:pPr>
        <w:spacing w:after="120"/>
      </w:pPr>
      <w:r>
        <w:t>Tick each item that is currently in place. Use the final column to record a specific action, owner or date where improvement is needed.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"/>
        <w:gridCol w:w="6408"/>
        <w:gridCol w:w="2520"/>
      </w:tblGrid>
      <w:tr>
        <w:trPr>
          <w:tblHeader w:val="true"/>
        </w:trPr>
        <w:tc>
          <w:tcPr>
            <w:tcW w:type="dxa" w:w="3485"/>
            <w:shd w:fill="102A43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Check</w:t>
            </w:r>
          </w:p>
        </w:tc>
        <w:tc>
          <w:tcPr>
            <w:tcW w:type="dxa" w:w="3485"/>
            <w:shd w:fill="102A43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type="dxa" w:w="3485"/>
            <w:shd w:fill="102A43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Notes / action</w:t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Entrance, reception and wayfinding are predictable and easy to understand.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A quieter waiting or break option is available where feasible.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Lighting can be reduced or adapted when safe and practical.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Unnecessary background noise and competing audio are minimized.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People may use headphones, sunglasses, comfort items or AAC unless a genuine safety restriction applies.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Written or visual information is available in addition to spoken instructions.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Changes, delays and next steps are communicated clearly.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Staff know how to offer adjustments without requiring the person to repeatedly justify them.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Private or low-stimulation space is available for sensitive conversations where feasible.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The service has a clear route for requesting accessibility adjustments in advance.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Emergency procedures consider people who may communicate, move or respond differently under stress.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Autistic people are involved in reviewing accessibility and service design.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</w:tbl>
    <w:p>
      <w:pPr>
        <w:pStyle w:val="Heading1"/>
      </w:pPr>
      <w:r>
        <w:t>Priority actions</w:t>
      </w:r>
    </w:p>
    <w:p>
      <w:r>
        <w:rPr>
          <w:b/>
          <w:color w:val="102A43"/>
          <w:sz w:val="18"/>
        </w:rPr>
        <w:t>1. Highest-priority change: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color w:val="102A43"/>
          <w:sz w:val="18"/>
        </w:rPr>
        <w:t>2. Responsible person / team: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color w:val="102A43"/>
          <w:sz w:val="18"/>
        </w:rPr>
        <w:t>3. Target date: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35" w:right="893" w:bottom="835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D7E"/>
        <w:sz w:val="15"/>
      </w:rPr>
      <w:t>GARC-QC-001  |  Edition 1.0 - 2026  |  globalautismresearch.org.uk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/>
        <w:b/>
        <w:color w:val="102A43"/>
        <w:sz w:val="17"/>
      </w:rPr>
      <w:t>GARC  |  GLOBAL AUTISM RESEARCH CENTER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43B5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02A4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ptos" w:hAnsi="Aptos"/>
      <w:b/>
      <w:bCs/>
      <w:color w:val="102A4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140"/>
      <w:contextualSpacing/>
    </w:pPr>
    <w:rPr>
      <w:rFonts w:asciiTheme="majorHAnsi" w:eastAsiaTheme="majorEastAsia" w:hAnsiTheme="majorHAnsi" w:cstheme="majorBidi" w:ascii="Aptos" w:hAnsi="Aptos"/>
      <w:b/>
      <w:color w:val="102A43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