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GARC-SQ-004</w:t>
            </w:r>
          </w:p>
        </w:tc>
      </w:tr>
    </w:tbl>
    <w:p>
      <w:pPr>
        <w:pStyle w:val="Title"/>
      </w:pPr>
      <w:r>
        <w:t>Staff Confidence &amp; Training Needs Survey</w:t>
      </w:r>
    </w:p>
    <w:p>
      <w:r>
        <w:rPr>
          <w:i/>
          <w:color w:val="486581"/>
          <w:sz w:val="23"/>
        </w:rPr>
        <w:t>A short internal survey to identify autism inclusion learning priorities.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Survey / Questionnaire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Staff, volunteers and service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How to use</w:t>
      </w:r>
    </w:p>
    <w:p>
      <w:pPr>
        <w:spacing w:after="120"/>
      </w:pPr>
      <w:r>
        <w:t>This short questionnaire can be offered on paper, digitally or verbally. Participation should be voluntary. Do not describe scores as diagnostic or clinically validated.</w:t>
      </w:r>
    </w:p>
    <w:p>
      <w:r>
        <w:rPr>
          <w:b/>
          <w:sz w:val="18"/>
        </w:rPr>
        <w:t xml:space="preserve">Suggested scale: </w:t>
      </w:r>
      <w:r>
        <w:rPr>
          <w:sz w:val="17"/>
        </w:rPr>
        <w:t>1 = Strongly disagree / very poor   2 = Disagree   3 = Neutral   4 = Agree   5 = Strongly agree / excellent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7848"/>
        <w:gridCol w:w="1728"/>
      </w:tblGrid>
      <w:tr>
        <w:trPr>
          <w:tblHeader w:val="true"/>
        </w:trPr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Statement</w:t>
            </w:r>
          </w:p>
        </w:tc>
        <w:tc>
          <w:tcPr>
            <w:tcW w:type="dxa" w:w="3485"/>
            <w:shd w:fill="102A4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Rating 1-5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understand that autism presents differently across people and contexts.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feel confident asking about individual communication preferences.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how to make simple sensory adjustments.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understand the importance of processing time and clear language.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when and how to involve supporters appropriately.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understand that autism alone does not determine decision-making capacity.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how to respond if a person becomes overwhelmed or distressed.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our organization’s route for requesting or recording adjustments.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feel confident identifying barriers in our service environment.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  <w:tr>
        <w:tc>
          <w:tcPr>
            <w:tcW w:type="dxa" w:w="792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784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r>
              <w:rPr>
                <w:sz w:val="18"/>
              </w:rPr>
              <w:t>I know where to find reliable autism-related guidance and resources.</w:t>
            </w:r>
          </w:p>
        </w:tc>
        <w:tc>
          <w:tcPr>
            <w:tcW w:type="dxa" w:w="1728"/>
            <w:tcMar>
              <w:top w:w="100" w:type="dxa"/>
              <w:start w:w="90" w:type="dxa"/>
              <w:bottom w:w="10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1  2  3  4  5</w:t>
            </w:r>
          </w:p>
        </w:tc>
      </w:tr>
    </w:tbl>
    <w:p>
      <w:pPr>
        <w:pStyle w:val="Heading1"/>
      </w:pPr>
      <w:r>
        <w:t>Open feedback</w:t>
      </w:r>
    </w:p>
    <w:p>
      <w:r>
        <w:rPr>
          <w:b/>
          <w:color w:val="102A43"/>
          <w:sz w:val="18"/>
        </w:rPr>
        <w:t>Which topics do you need more training on?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situations do you currently find most challenging?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What practical resources would help you most?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sz w:val="18"/>
        </w:rPr>
        <w:t xml:space="preserve">Optional demographics: </w:t>
      </w:r>
      <w:r>
        <w:rPr>
          <w:sz w:val="17"/>
        </w:rPr>
        <w:t>Collect only information that is necessary for the stated purpose and permitted under applicable privacy/data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GARC-SQ-004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